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D23B46">
        <w:trPr>
          <w:trHeight w:hRule="exact" w:val="595"/>
          <w:jc w:val="center"/>
        </w:trPr>
        <w:tc>
          <w:tcPr>
            <w:tcW w:w="90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40" w:type="dxa"/>
              <w:bottom w:w="45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  <w:jc w:val="center"/>
            </w:pPr>
            <w:r>
              <w:rPr>
                <w:b/>
                <w:sz w:val="36"/>
              </w:rPr>
              <w:t>ÜYE BAŞVURU FORMU</w:t>
            </w:r>
          </w:p>
        </w:tc>
      </w:tr>
    </w:tbl>
    <w:p w:rsidR="00D23B46" w:rsidRDefault="00A55D6F">
      <w:pPr>
        <w:spacing w:after="0" w:line="120" w:lineRule="auto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D23B46">
        <w:trPr>
          <w:trHeight w:hRule="exact" w:val="3033"/>
          <w:jc w:val="center"/>
        </w:trPr>
        <w:tc>
          <w:tcPr>
            <w:tcW w:w="90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70" w:type="dxa"/>
              <w:left w:w="110" w:type="dxa"/>
              <w:bottom w:w="80" w:type="dxa"/>
              <w:right w:w="110" w:type="dxa"/>
            </w:tcMar>
          </w:tcPr>
          <w:p w:rsidR="00D23B46" w:rsidRDefault="00C42D60" w:rsidP="00C42D60">
            <w:pPr>
              <w:ind w:firstLine="708"/>
              <w:jc w:val="center"/>
            </w:pPr>
            <w:r w:rsidRPr="009911E3">
              <w:rPr>
                <w:rFonts w:ascii="Verdana" w:hAnsi="Verdana"/>
                <w:b/>
                <w:color w:val="000000"/>
              </w:rPr>
              <w:t>TOPLUM</w:t>
            </w:r>
            <w:r>
              <w:rPr>
                <w:rFonts w:ascii="Verdana" w:hAnsi="Verdana"/>
                <w:b/>
                <w:color w:val="000000"/>
              </w:rPr>
              <w:t>,</w:t>
            </w:r>
            <w:r w:rsidRPr="009911E3">
              <w:rPr>
                <w:rFonts w:ascii="Verdana" w:hAnsi="Verdana"/>
                <w:b/>
                <w:color w:val="000000"/>
              </w:rPr>
              <w:t xml:space="preserve"> AİLE</w:t>
            </w:r>
            <w:r>
              <w:rPr>
                <w:rFonts w:ascii="Verdana" w:hAnsi="Verdana"/>
                <w:b/>
                <w:color w:val="000000"/>
              </w:rPr>
              <w:t>, ÇOCUK</w:t>
            </w:r>
            <w:r w:rsidRPr="009911E3">
              <w:rPr>
                <w:rFonts w:ascii="Verdana" w:hAnsi="Verdana"/>
                <w:b/>
                <w:color w:val="000000"/>
              </w:rPr>
              <w:t xml:space="preserve"> EĞİTİMİ</w:t>
            </w:r>
            <w:r>
              <w:rPr>
                <w:rFonts w:ascii="Verdana" w:hAnsi="Verdana"/>
                <w:b/>
                <w:color w:val="000000"/>
              </w:rPr>
              <w:t xml:space="preserve"> VE YETİŞKİN EĞİTİMİ </w:t>
            </w:r>
            <w:r w:rsidRPr="009911E3">
              <w:rPr>
                <w:rFonts w:ascii="Verdana" w:hAnsi="Verdana"/>
                <w:b/>
                <w:color w:val="000000"/>
              </w:rPr>
              <w:t xml:space="preserve"> DESTEKLEME DERNEĞİ </w:t>
            </w:r>
            <w:bookmarkStart w:id="0" w:name="_GoBack"/>
            <w:bookmarkEnd w:id="0"/>
            <w:r>
              <w:rPr>
                <w:rFonts w:ascii="Verdana" w:hAnsi="Verdana"/>
                <w:b/>
                <w:color w:val="000000"/>
              </w:rPr>
              <w:t xml:space="preserve">(TAÇ-YEDD) </w:t>
            </w:r>
            <w:r w:rsidR="00A55D6F">
              <w:rPr>
                <w:b/>
                <w:sz w:val="22"/>
              </w:rPr>
              <w:t xml:space="preserve"> BAŞKANLIĞINA</w:t>
            </w:r>
          </w:p>
          <w:p w:rsidR="00D23B46" w:rsidRDefault="00A55D6F">
            <w:pPr>
              <w:spacing w:after="0" w:line="240" w:lineRule="auto"/>
              <w:jc w:val="both"/>
            </w:pPr>
            <w:r>
              <w:rPr>
                <w:sz w:val="19"/>
              </w:rPr>
              <w:t xml:space="preserve">Derneğinizin tüzüğünü okudum. Tüzükte belirtilen şartlara uyarak, üye olmak istiyorum. Bu inançla verilecek tüm görevleri yapacağımı ve yüklendiğim </w:t>
            </w:r>
            <w:r>
              <w:rPr>
                <w:sz w:val="19"/>
              </w:rPr>
              <w:t>ödentileri zamanında tam ve eksiksiz ödeyeceğimi ve aşağıdaki bilgilerin doğruluğu kabul ve taahhüt ediyorum............./............./2............</w:t>
            </w:r>
          </w:p>
          <w:p w:rsidR="00D23B46" w:rsidRDefault="00A55D6F">
            <w:pPr>
              <w:spacing w:before="300" w:after="0" w:line="240" w:lineRule="auto"/>
              <w:jc w:val="right"/>
            </w:pPr>
            <w:r>
              <w:rPr>
                <w:sz w:val="19"/>
              </w:rPr>
              <w:t>Adı-Soyadı</w:t>
            </w:r>
            <w:r>
              <w:rPr>
                <w:sz w:val="19"/>
              </w:rPr>
              <w:br/>
              <w:t>İmza</w:t>
            </w:r>
          </w:p>
        </w:tc>
      </w:tr>
    </w:tbl>
    <w:p w:rsidR="00D23B46" w:rsidRDefault="00A55D6F">
      <w:pPr>
        <w:spacing w:after="0" w:line="120" w:lineRule="auto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098"/>
        <w:gridCol w:w="2268"/>
        <w:gridCol w:w="2324"/>
        <w:gridCol w:w="2381"/>
        <w:gridCol w:w="20"/>
      </w:tblGrid>
      <w:tr w:rsidR="00D23B46">
        <w:trPr>
          <w:gridBefore w:val="1"/>
          <w:trHeight w:hRule="exact" w:val="351"/>
          <w:jc w:val="center"/>
        </w:trPr>
        <w:tc>
          <w:tcPr>
            <w:tcW w:w="9071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 w:rsidR="00D23B46" w:rsidRDefault="00A55D6F">
            <w:pPr>
              <w:spacing w:after="0" w:line="240" w:lineRule="auto"/>
              <w:jc w:val="center"/>
            </w:pPr>
            <w:r>
              <w:rPr>
                <w:rFonts w:ascii="Liberation Serif" w:eastAsia="Liberation Serif" w:hAnsi="Liberation Serif"/>
                <w:b/>
                <w:sz w:val="26"/>
              </w:rPr>
              <w:t>ÜYE BİLGİLERİ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ADI</w:t>
            </w:r>
          </w:p>
        </w:tc>
        <w:tc>
          <w:tcPr>
            <w:tcW w:w="2268" w:type="dxa"/>
            <w:tcBorders>
              <w:top w:val="single" w:sz="8" w:space="0" w:color="808080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single" w:sz="8" w:space="0" w:color="808080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SOYADI</w:t>
            </w:r>
          </w:p>
        </w:tc>
        <w:tc>
          <w:tcPr>
            <w:tcW w:w="2381" w:type="dxa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BABA ADI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ANNE ADI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DOĞUM YERİ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DOĞUM TARİHİ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 xml:space="preserve">T.C. </w:t>
            </w:r>
            <w:r>
              <w:rPr>
                <w:b/>
                <w:sz w:val="19"/>
              </w:rPr>
              <w:t>KİMLİK 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MESLEĞİ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KAN GRUBU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EV TELEFONU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İŞ TELEFONU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CEP TELEFONU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E-POSTA ADRESİ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ÖĞRENİM DURUMU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408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NÜFUSA KAY.</w:t>
            </w:r>
            <w:r>
              <w:rPr>
                <w:b/>
                <w:sz w:val="19"/>
              </w:rPr>
              <w:br/>
              <w:t>İL/İLÇE/MH.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D23B46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808080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İKAMET ADRESİ</w:t>
            </w:r>
          </w:p>
        </w:tc>
        <w:tc>
          <w:tcPr>
            <w:tcW w:w="69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........................................................................................................</w:t>
            </w:r>
          </w:p>
        </w:tc>
      </w:tr>
      <w:tr w:rsidR="00D23B46">
        <w:trPr>
          <w:gridAfter w:val="1"/>
          <w:wAfter w:w="20" w:type="dxa"/>
          <w:trHeight w:hRule="exact" w:val="283"/>
          <w:jc w:val="center"/>
        </w:trPr>
        <w:tc>
          <w:tcPr>
            <w:tcW w:w="2098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b/>
                <w:sz w:val="19"/>
              </w:rPr>
              <w:t>İŞ ADRESİ</w:t>
            </w:r>
          </w:p>
        </w:tc>
        <w:tc>
          <w:tcPr>
            <w:tcW w:w="6973" w:type="dxa"/>
            <w:gridSpan w:val="3"/>
            <w:tcBorders>
              <w:top w:val="nil"/>
              <w:left w:val="nil"/>
              <w:bottom w:val="single" w:sz="8" w:space="0" w:color="808080"/>
              <w:right w:val="nil"/>
            </w:tcBorders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D23B46" w:rsidRDefault="00A55D6F">
            <w:pPr>
              <w:spacing w:after="0" w:line="240" w:lineRule="auto"/>
            </w:pPr>
            <w:r>
              <w:rPr>
                <w:sz w:val="19"/>
              </w:rPr>
              <w:t>........................................................................................................</w:t>
            </w:r>
          </w:p>
        </w:tc>
      </w:tr>
    </w:tbl>
    <w:p w:rsidR="00D23B46" w:rsidRDefault="00A55D6F">
      <w:pPr>
        <w:spacing w:after="0" w:line="120" w:lineRule="auto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D23B46">
        <w:trPr>
          <w:trHeight w:hRule="exact" w:val="2012"/>
          <w:jc w:val="center"/>
        </w:trPr>
        <w:tc>
          <w:tcPr>
            <w:tcW w:w="90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85" w:type="dxa"/>
              <w:bottom w:w="45" w:type="dxa"/>
              <w:right w:w="85" w:type="dxa"/>
            </w:tcMar>
          </w:tcPr>
          <w:p w:rsidR="00D23B46" w:rsidRDefault="00A55D6F">
            <w:pPr>
              <w:spacing w:after="60" w:line="240" w:lineRule="auto"/>
            </w:pPr>
            <w:r>
              <w:rPr>
                <w:sz w:val="19"/>
              </w:rPr>
              <w:t>Sayın ....................................</w:t>
            </w:r>
          </w:p>
          <w:p w:rsidR="00D23B46" w:rsidRDefault="00A55D6F">
            <w:pPr>
              <w:spacing w:after="0" w:line="240" w:lineRule="auto"/>
              <w:jc w:val="both"/>
            </w:pPr>
            <w:r>
              <w:rPr>
                <w:sz w:val="18"/>
              </w:rPr>
              <w:t xml:space="preserve">          Yukarıdaki dilekçeniz ile yapmış olduğunuz üyelik müracaatınız, yönetim kurulumuzun ........../........../2....... tarih ve ............ sayılı kararı ile kabul edilmiştir. Bu tarihten itibaren tüzük gereğince üyelik şartlarının yerine getirilmes</w:t>
            </w:r>
            <w:r>
              <w:rPr>
                <w:sz w:val="18"/>
              </w:rPr>
              <w:t>ini rica ederim.</w:t>
            </w:r>
          </w:p>
          <w:p w:rsidR="00D23B46" w:rsidRDefault="00A55D6F">
            <w:pPr>
              <w:spacing w:before="120" w:after="0" w:line="240" w:lineRule="auto"/>
              <w:jc w:val="right"/>
            </w:pPr>
            <w:r>
              <w:rPr>
                <w:sz w:val="19"/>
              </w:rPr>
              <w:t>İmza-Mühür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Yönetim Kurulu Başkanı</w:t>
            </w:r>
          </w:p>
        </w:tc>
      </w:tr>
    </w:tbl>
    <w:p w:rsidR="00D23B46" w:rsidRDefault="00A55D6F">
      <w:pPr>
        <w:spacing w:after="0" w:line="120" w:lineRule="auto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D23B46">
        <w:trPr>
          <w:trHeight w:hRule="exact" w:val="1615"/>
          <w:jc w:val="center"/>
        </w:trPr>
        <w:tc>
          <w:tcPr>
            <w:tcW w:w="90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5" w:type="dxa"/>
              <w:left w:w="90" w:type="dxa"/>
              <w:bottom w:w="40" w:type="dxa"/>
              <w:right w:w="90" w:type="dxa"/>
            </w:tcMar>
          </w:tcPr>
          <w:p w:rsidR="00D23B46" w:rsidRDefault="00A55D6F">
            <w:pPr>
              <w:spacing w:after="0" w:line="240" w:lineRule="auto"/>
              <w:jc w:val="both"/>
            </w:pPr>
            <w:r>
              <w:rPr>
                <w:sz w:val="18"/>
              </w:rPr>
              <w:t xml:space="preserve">          Yönetim kurulunun ........../........../20.......... tarih ve ............. sayılı kararı ile derneğin üyeliğine kabul edildiğimi tebellüğ ederek, dernek tüzüğünde belirtilen üyelik şartları </w:t>
            </w:r>
            <w:r>
              <w:rPr>
                <w:sz w:val="18"/>
              </w:rPr>
              <w:t>ve yükümlülükleri yerine getireceğimi beyan ve taahhüt ederim.</w:t>
            </w:r>
          </w:p>
          <w:p w:rsidR="00D23B46" w:rsidRDefault="00A55D6F">
            <w:pPr>
              <w:spacing w:before="180" w:after="0" w:line="240" w:lineRule="auto"/>
              <w:jc w:val="right"/>
            </w:pPr>
            <w:r>
              <w:rPr>
                <w:sz w:val="19"/>
              </w:rPr>
              <w:t>........../........../2.........</w:t>
            </w:r>
            <w:r>
              <w:rPr>
                <w:sz w:val="19"/>
              </w:rPr>
              <w:br/>
              <w:t>Adı-Soyadı</w:t>
            </w:r>
            <w:r>
              <w:rPr>
                <w:sz w:val="19"/>
              </w:rPr>
              <w:br/>
              <w:t>İmza</w:t>
            </w:r>
          </w:p>
        </w:tc>
      </w:tr>
    </w:tbl>
    <w:p w:rsidR="00A55D6F" w:rsidRDefault="00A55D6F"/>
    <w:sectPr w:rsidR="00A55D6F" w:rsidSect="00034616">
      <w:pgSz w:w="11906" w:h="16838"/>
      <w:pgMar w:top="1219" w:right="1219" w:bottom="96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iberation Sans Narrow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55D6F"/>
    <w:rsid w:val="00AA1D8D"/>
    <w:rsid w:val="00B47730"/>
    <w:rsid w:val="00C42D60"/>
    <w:rsid w:val="00CB0664"/>
    <w:rsid w:val="00D23B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07D3C65-3CEC-4EBB-BB41-117EB97F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Liberation Sans Narrow" w:eastAsia="Liberation Sans Narrow" w:hAnsi="Liberation Sans Narrow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3349FC-E6F1-4A04-9826-69A32A7E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ÜYE BAŞVURU FORMU</vt:lpstr>
      <vt:lpstr/>
    </vt:vector>
  </TitlesOfParts>
  <Manager/>
  <Company/>
  <LinksUpToDate>false</LinksUpToDate>
  <CharactersWithSpaces>2191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ÜYE BAŞVURU FORMU</dc:title>
  <dc:subject>Düzenlenebilir üyelik başvuru formu</dc:subject>
  <dc:creator>python-docx</dc:creator>
  <cp:keywords/>
  <dc:description>generated by python-docx</dc:description>
  <cp:lastModifiedBy>LENOVO</cp:lastModifiedBy>
  <cp:revision>2</cp:revision>
  <dcterms:created xsi:type="dcterms:W3CDTF">2026-10-07T07:17:00Z</dcterms:created>
  <dcterms:modified xsi:type="dcterms:W3CDTF">2026-10-07T07:17:00Z</dcterms:modified>
  <cp:category/>
</cp:coreProperties>
</file>